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Charge flow and molten electrolysis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Electricity and Chemical Change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electrolysis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electrolyte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电解质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阳极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cathode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阴极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can molten sodium chloride conduct, but the solid cannot?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Metals and graphite conduct through mobile electrons. Electrolytes conduct through mobile ions.</w:t>
      </w:r>
    </w:p>
    <w:p>
      <w:r>
        <w:rPr>
          <w:rFonts w:ascii="Arial Unicode MS" w:hAnsi="Arial Unicode MS"/>
        </w:rPr>
        <w:t>Electrolysis decomposes an ionic compound, molten or in aqueous solution, by passing an electric current.</w:t>
      </w:r>
    </w:p>
    <w:p>
      <w:r>
        <w:rPr>
          <w:rFonts w:ascii="Arial Unicode MS" w:hAnsi="Arial Unicode MS"/>
        </w:rPr>
        <w:t>Cations move towards the negative cathode. Anions move towards the positive anode.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7: Predict the products when molten MgCl₂ undergoes electrolysis.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Charge flow and molten electrolysis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8A. Partner focus: Compare electrode signs, ion movement and product names.</w:t>
      </w:r>
    </w:p>
    <w:p>
      <w:r>
        <w:rPr>
          <w:rFonts w:ascii="Arial Unicode MS" w:hAnsi="Arial Unicode MS"/>
        </w:rPr>
        <w:t>1. Predict the cathode and anode products from molten NaCl.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how charge crosses the electrolyte and the external wires.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electrode attracts anions during electrolysis? Give its name and sign.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Electrode half-equations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Electricity and Chemical Change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阴离子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discharge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放电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charge balance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电荷守恒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does reduction mean in terms of electrons?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 metal ion gains electrons and becomes a neutral atom.</w:t>
      </w:r>
    </w:p>
    <w:p>
      <w:r>
        <w:rPr>
          <w:rFonts w:ascii="Arial Unicode MS" w:hAnsi="Arial Unicode MS"/>
        </w:rPr>
        <w:t>Bromide ions lose electrons. Two bromine atoms form one Br₂ molecule.</w:t>
      </w:r>
    </w:p>
    <w:p>
      <w:r>
        <w:rPr>
          <w:rFonts w:ascii="Arial Unicode MS" w:hAnsi="Arial Unicode MS"/>
        </w:rPr>
        <w:t>Pb²⁺ + 2e⁻ → Pb has total charge 0 on both sides.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16: Write the half-equations for molten aluminium oxide.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Electrode half-equations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8B. Partner focus: Check diatomic products and total charge on both sides.</w:t>
      </w:r>
    </w:p>
    <w:p>
      <w:r>
        <w:rPr>
          <w:rFonts w:ascii="Arial Unicode MS" w:hAnsi="Arial Unicode MS"/>
        </w:rPr>
        <w:t>1. Write the cathode half-equation for molten MgCl₂.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its anode half-equation and explain whether it is oxidation or reduction.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Complete and balance: Al³⁺ + __ → __.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Aqueous solutions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Electricity and Chemical Change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aqueous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水溶液的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dilute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稀的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inert electrode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惰性电极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ions are present in molten NaCl? What changes when water is added?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In aqueous NaCl, consider Na⁺, Cl⁻, H⁺ and OH⁻.</w:t>
      </w:r>
    </w:p>
    <w:p>
      <w:r>
        <w:rPr>
          <w:rFonts w:ascii="Arial Unicode MS" w:hAnsi="Arial Unicode MS"/>
        </w:rPr>
        <w:t>For these aqueous examples, a metal more reactive than hydrogen stays as ions; hydrogen forms.</w:t>
      </w:r>
    </w:p>
    <w:p>
      <w:r>
        <w:rPr>
          <w:rFonts w:ascii="Arial Unicode MS" w:hAnsi="Arial Unicode MS"/>
        </w:rPr>
        <w:t>With inert electrodes, concentrated chloride or bromide solutions give the halogen.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25: Compare concentrated and dilute aqueous NaCl using inert electrodes.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Aqueous solutions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8C. Partner focus: Compare the state, concentration and electrode material before comparing answers.</w:t>
      </w:r>
    </w:p>
    <w:p>
      <w:r>
        <w:rPr>
          <w:rFonts w:ascii="Arial Unicode MS" w:hAnsi="Arial Unicode MS"/>
        </w:rPr>
        <w:t>1. Predict both products from concentrated aqueous KBr using inert electrodes.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Predict both products from dilute sulfuric acid and give the expected gas volume ratio.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does aqueous NaCl give hydrogen instead of sodium at the cathode?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Brine and copper electrolysis</w:t>
      </w:r>
    </w:p>
    <w:p>
      <w:r>
        <w:rPr>
          <w:rFonts w:ascii="Arial Unicode MS" w:hAnsi="Arial Unicode MS"/>
        </w:rPr>
        <w:t>PPT slides 29–37  |  Name __________________  Date __________</w:t>
      </w:r>
    </w:p>
    <w:p>
      <w:r>
        <w:rPr>
          <w:rFonts w:ascii="Arial Unicode MS" w:hAnsi="Arial Unicode MS"/>
        </w:rPr>
        <w:t>Electricity and Chemical Change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brine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浓盐水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deposit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沉积物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copper electrode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铜电极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electrolytic refining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电解精炼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State the two gases formed by electrolysis of concentrated NaCl.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Brine produces hydrogen and chlorine; sodium hydroxide remains in solution.</w:t>
      </w:r>
    </w:p>
    <w:p>
      <w:r>
        <w:rPr>
          <w:rFonts w:ascii="Arial Unicode MS" w:hAnsi="Arial Unicode MS"/>
        </w:rPr>
        <w:t>In CuSO₄(aq) with inert electrodes, Cu²⁺ forms pink-brown copper at the cathode. Oxygen bubbles at the anode.</w:t>
      </w:r>
    </w:p>
    <w:p>
      <w:r>
        <w:rPr>
          <w:rFonts w:ascii="Arial Unicode MS" w:hAnsi="Arial Unicode MS"/>
        </w:rPr>
        <w:t>With copper electrodes in CuSO₄(aq), copper forms at the cathode while the copper anode dissolves.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34: Explain the mass and colour changes with copper electrodes in CuSO₄(aq).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Brine and copper electrolysis</w:t>
      </w:r>
    </w:p>
    <w:p>
      <w:r>
        <w:rPr>
          <w:rFonts w:ascii="Arial Unicode MS" w:hAnsi="Arial Unicode MS"/>
        </w:rPr>
        <w:t>PPT slides 29–37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8D. Partner focus: Compare what the anode is made from and whether it replaces metal ions.</w:t>
      </w:r>
    </w:p>
    <w:p>
      <w:r>
        <w:rPr>
          <w:rFonts w:ascii="Arial Unicode MS" w:hAnsi="Arial Unicode MS"/>
        </w:rPr>
        <w:t>1. Name the three useful products of brine electrolysis.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Why does CuSO₄(aq) fade with inert electrodes but not with copper electrodes?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Write the anode equation when the anode is copper.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Electroplating and aluminium</w:t>
      </w:r>
    </w:p>
    <w:p>
      <w:r>
        <w:rPr>
          <w:rFonts w:ascii="Arial Unicode MS" w:hAnsi="Arial Unicode MS"/>
        </w:rPr>
        <w:t>PPT slides 38–46  |  Name __________________  Date __________</w:t>
      </w:r>
    </w:p>
    <w:p>
      <w:r>
        <w:rPr>
          <w:rFonts w:ascii="Arial Unicode MS" w:hAnsi="Arial Unicode MS"/>
        </w:rPr>
        <w:t>Electricity and Chemical Change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electroplating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电镀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corrosion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腐蚀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cryolite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冰晶石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bauxite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铝土矿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At which electrode would a layer of metal build up?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The object to be coated is the cathode. Use an electrolyte containing ions of the coating metal.</w:t>
      </w:r>
    </w:p>
    <w:p>
      <w:r>
        <w:rPr>
          <w:rFonts w:ascii="Arial Unicode MS" w:hAnsi="Arial Unicode MS"/>
        </w:rPr>
        <w:t>Bauxite is the principal ore. Purified aluminium oxide is dissolved in molten cryolite for electrolysis.</w:t>
      </w:r>
    </w:p>
    <w:p>
      <w:r>
        <w:rPr>
          <w:rFonts w:ascii="Arial Unicode MS" w:hAnsi="Arial Unicode MS"/>
        </w:rPr>
        <w:t>Cryolite lowers the operating temperature compared with melting pure aluminium oxide.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43: Design a cell to silver-plate a steel spoon.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Electroplating and aluminium</w:t>
      </w:r>
    </w:p>
    <w:p>
      <w:r>
        <w:rPr>
          <w:rFonts w:ascii="Arial Unicode MS" w:hAnsi="Arial Unicode MS"/>
        </w:rPr>
        <w:t>PPT slides 38–46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8D. Partner focus: Check the purpose of each electrode and distinguish molten extraction from aqueous plating.</w:t>
      </w:r>
    </w:p>
    <w:p>
      <w:r>
        <w:rPr>
          <w:rFonts w:ascii="Arial Unicode MS" w:hAnsi="Arial Unicode MS"/>
        </w:rPr>
        <w:t>1. A student connects the object for plating to the positive terminal. Explain the error.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two reasons why aluminium extraction requires a large energy input.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must the carbon anodes be replaced during aluminium extraction?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8 End Practice</w:t>
      </w:r>
    </w:p>
    <w:p>
      <w:pPr>
        <w:pStyle w:val="Heading1"/>
      </w:pPr>
      <w:r>
        <w:rPr>
          <w:rFonts w:ascii="Arial Unicode MS" w:hAnsi="Arial Unicode MS"/>
        </w:rPr>
        <w:t>Electricity and Chemical Change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Compare molten NaCl, concentrated NaCl(aq) and dilute NaCl(aq). Give both electrode products and explain the differences.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CuSO₄(aq) is electrolysed with inert electrodes. Give both half-equations and predict the colour change.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Explain why aqueous aluminium chloride cannot replace molten aluminium oxide in the extraction process.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8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8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