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Chapter 6 Guided Worksheet</w:t>
      </w:r>
    </w:p>
    <w:p>
      <w:r>
        <w:t>Using Moles | CIE 0620 Extended | 5 lessons of 40 minutes</w:t>
      </w:r>
    </w:p>
    <w:p>
      <w:r>
        <w:t>Follow the teacher explanation and worked example before attempting practice. Show your working and units. Use the extra question for homework.</w:t>
      </w:r>
    </w:p>
    <w:p>
      <w:pPr>
        <w:pStyle w:val="Heading2"/>
      </w:pPr>
      <w:r>
        <w:t>Lesson 1 Moles, mass and particles</w:t>
      </w:r>
    </w:p>
    <w:p>
      <w:r>
        <w:t>PPT slides 2–12 | Name ____________________ Date __________</w:t>
      </w:r>
    </w:p>
    <w:p>
      <w:r>
        <w:t>Goal: Convert between mass, amount in moles and number of particles.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摩尔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molar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摩尔质量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Avogadro constant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阿伏伽德罗常数</w:t>
            </w:r>
          </w:p>
        </w:tc>
      </w:tr>
    </w:tbl>
    <w:p>
      <w:pPr>
        <w:pStyle w:val="Heading2"/>
      </w:pPr>
      <w:r>
        <w:t>L1 R Recall</w:t>
      </w:r>
    </w:p>
    <w:p>
      <w:r>
        <w:t>Calculate Mᵣ of H₂O and O₂. Aᵣ: H = 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n = m/M; m = nM; M = m/n. Use mass in g and molar mass in g/mol.</w:t>
      </w:r>
    </w:p>
    <w:p>
      <w:r>
        <w:t>Number of particles = n × 6.02 × 10²³. Name the particles and count atoms per molecule when needed.</w:t>
      </w:r>
    </w:p>
    <w:p>
      <w:pPr>
        <w:pStyle w:val="Heading2"/>
      </w:pPr>
      <w:r>
        <w:t>L1 C Quick check</w:t>
      </w:r>
    </w:p>
    <w:p>
      <w:r>
        <w:t>Find the amount in 8.0 g O₂. M(O₂) = 32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Find the number of oxygen atoms in 8.0 g O₂. M(O₂) = 32 g/mol.</w:t>
      </w:r>
    </w:p>
    <w:p>
      <w:r>
        <w:t>1. Amount of O₂ = 8.0/32 = 0.25 mol.</w:t>
      </w:r>
    </w:p>
    <w:p>
      <w:r>
        <w:t>2. O₂ molecules = 0.25 × 6.02 × 10²³ = 1.505 × 10²³.</w:t>
      </w:r>
    </w:p>
    <w:p>
      <w:r>
        <w:t>3. O atoms = 2 × 1.505 × 10²³ = 3.01 × 10²³.</w:t>
      </w:r>
    </w:p>
    <w:p>
      <w:r>
        <w:br w:type="page"/>
      </w:r>
    </w:p>
    <w:p>
      <w:pPr>
        <w:pStyle w:val="Heading1"/>
      </w:pPr>
      <w:r>
        <w:t>Lesson 1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L1 P Independent practice</w:t>
      </w:r>
    </w:p>
    <w:p>
      <w:r>
        <w:t>1. Calculate the mass of 0.20 mol CO₂. M(CO₂) = 44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6.0 g sample contains 0.10 mol of molecules. Find its molar mass.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E Exit check</w:t>
      </w:r>
    </w:p>
    <w:p>
      <w:r>
        <w:t>How many molecules are in 0.10 mol of any molecular substance?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H Homework</w:t>
      </w:r>
    </w:p>
    <w:p>
      <w:r>
        <w:t>Find the number of molecules and total atoms in 9.0 g H₂O. M = 18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2 Reacting moles and limiting reactants</w:t>
      </w:r>
    </w:p>
    <w:p>
      <w:r>
        <w:t>PPT slides 13–22 | Name ____________________ Date __________</w:t>
      </w:r>
    </w:p>
    <w:p>
      <w:r>
        <w:t>Goal: Use mole ratios to calculate product mass, limiting reactants and yield.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物质的量之比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limiting reactant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限制反应物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percentage yield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产率</w:t>
            </w:r>
          </w:p>
        </w:tc>
      </w:tr>
    </w:tbl>
    <w:p>
      <w:pPr>
        <w:pStyle w:val="Heading2"/>
      </w:pPr>
      <w:r>
        <w:t>L2 R Recall</w:t>
      </w:r>
    </w:p>
    <w:p>
      <w:r>
        <w:t>In 2Mg + O₂ → 2MgO, what is the mole ratio Mg:O₂:MgO?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Mass → moles → balanced equation ratio → product moles → product mass. The limiting reactant sets the maximum product amount.</w:t>
      </w:r>
    </w:p>
    <w:p>
      <w:r>
        <w:t>Percentage yield = (actual yield ÷ theoretical yield) × 100. Use the same units for both yields.</w:t>
      </w:r>
    </w:p>
    <w:p>
      <w:pPr>
        <w:pStyle w:val="Heading2"/>
      </w:pPr>
      <w:r>
        <w:t>L2 C Quick check</w:t>
      </w:r>
    </w:p>
    <w:p>
      <w:r>
        <w:t>How many moles of O₂ are needed for 0.20 mol Mg?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4.8 g Mg reacts with 1.6 g O₂. Calculate the mass of unreacted Mg. Aᵣ: Mg = 24, O = 16.</w:t>
      </w:r>
    </w:p>
    <w:p>
      <w:r>
        <w:t>1. O₂ is limiting: 1.6/32 = 0.050 mol.</w:t>
      </w:r>
    </w:p>
    <w:p>
      <w:r>
        <w:t>2. Mg used = 2 × 0.050 = 0.10 mol = 2.4 g.</w:t>
      </w:r>
    </w:p>
    <w:p>
      <w:r>
        <w:t>3. Mg left = 4.8 − 2.4 = 2.4 g.</w:t>
      </w:r>
    </w:p>
    <w:p>
      <w:r>
        <w:br w:type="page"/>
      </w:r>
    </w:p>
    <w:p>
      <w:pPr>
        <w:pStyle w:val="Heading1"/>
      </w:pPr>
      <w:r>
        <w:t>Lesson 2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L2 P Independent practice</w:t>
      </w:r>
    </w:p>
    <w:p>
      <w:r>
        <w:t>1. 2Mg + O₂ → 2MgO. Find the theoretical MgO mass from 2.4 g Mg and 3.2 g O₂. M: Mg = 24, O₂ = 32, MgO = 40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Using your theoretical mass, calculate the yield if 3.0 g dry MgO is collected.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E Exit check</w:t>
      </w:r>
    </w:p>
    <w:p>
      <w:r>
        <w:t>Why must a theoretical yield use the limiting reactant?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H Homework</w:t>
      </w:r>
    </w:p>
    <w:p>
      <w:r>
        <w:t>N₂ + 3H₂ → 2NH₃. Start with 0.20 mol N₂ and 0.30 mol H₂. Find the limiting reactant and theoretical NH₃ mass. M(NH₃) = 17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3 Gas volumes at room conditions</w:t>
      </w:r>
    </w:p>
    <w:p>
      <w:r>
        <w:t>PPT slides 23–33 | Name ____________________ Date __________</w:t>
      </w:r>
    </w:p>
    <w:p>
      <w:r>
        <w:t>Goal: Use molar gas volume and gas ratios, including a purity calculation.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molar gas volume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气体摩尔体积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room temperature and pressure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室温和常压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volume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体积比</w:t>
            </w:r>
          </w:p>
        </w:tc>
      </w:tr>
    </w:tbl>
    <w:p>
      <w:pPr>
        <w:pStyle w:val="Heading2"/>
      </w:pPr>
      <w:r>
        <w:t>L3 R Recall</w:t>
      </w:r>
    </w:p>
    <w:p>
      <w:r>
        <w:t>Convert 480 cm³ to dm³.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At RTP, n = V/24 for V in dm³, or n = V/24 000 for V in cm³.</w:t>
      </w:r>
    </w:p>
    <w:p>
      <w:r>
        <w:t>For gases at the same temperature and pressure, reacting volume ratios match the coefficients in the balanced equation.</w:t>
      </w:r>
    </w:p>
    <w:p>
      <w:pPr>
        <w:pStyle w:val="Heading2"/>
      </w:pPr>
      <w:r>
        <w:t>L3 C Quick check</w:t>
      </w:r>
    </w:p>
    <w:p>
      <w:r>
        <w:t>What volume does 0.25 mol gas occupy at RTP?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5.00 g impure CaCO₃ sample releases 0.960 dm³ CO₂ at RTP on complete decomposition. Impurities do not react. Find the purity. M(CaCO₃) = 100 g/mol.</w:t>
      </w:r>
    </w:p>
    <w:p>
      <w:r>
        <w:t>1. n(CO₂) = 0.960/24 = 0.0400 mol.</w:t>
      </w:r>
    </w:p>
    <w:p>
      <w:r>
        <w:t>2. 1:1 ratio: n(CaCO₃) = 0.0400 mol; pure mass = 4.00 g.</w:t>
      </w:r>
    </w:p>
    <w:p>
      <w:r>
        <w:t>3. Purity = 4.00/5.00 × 100 = 80.0%.</w:t>
      </w:r>
    </w:p>
    <w:p>
      <w:r>
        <w:br w:type="page"/>
      </w:r>
    </w:p>
    <w:p>
      <w:pPr>
        <w:pStyle w:val="Heading1"/>
      </w:pPr>
      <w:r>
        <w:t>Lesson 3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L3 P Independent practice</w:t>
      </w:r>
    </w:p>
    <w:p>
      <w:r>
        <w:t>1. Find the volume of CO₂ at RTP from 2.50 g pure CaCO₃. M(CaCO₃) = 100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N₂(g) + 3H₂(g) → 2NH₃(g). What volume of H₂ reacts with 20 cm³ N₂ at the same temperature and pressure?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E Exit check</w:t>
      </w:r>
    </w:p>
    <w:p>
      <w:r>
        <w:t>A student calculates 480 ÷ 24 = 20 mol for 480 cm³ gas at RTP. Correct the calculation.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H Homework</w:t>
      </w:r>
    </w:p>
    <w:p>
      <w:r>
        <w:t>A 6.25 g sample produces 1.20 dm³ CO₂ at RTP by CaCO₃ → CaO + CO₂. Impurities do not react. Find the purity. M(CaCO₃) = 100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4 Concentration and titration calculations</w:t>
      </w:r>
    </w:p>
    <w:p>
      <w:r>
        <w:t>PPT slides 34–44 | Name ____________________ Date __________</w:t>
      </w:r>
    </w:p>
    <w:p>
      <w:r>
        <w:t>Goal: Convert concentration units and calculate unknown concentration from titration data.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concentration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浓度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solution volume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溶液体积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titration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滴定</w:t>
            </w:r>
          </w:p>
        </w:tc>
      </w:tr>
    </w:tbl>
    <w:p>
      <w:pPr>
        <w:pStyle w:val="Heading2"/>
      </w:pPr>
      <w:r>
        <w:t>L4 R Recall</w:t>
      </w:r>
    </w:p>
    <w:p>
      <w:r>
        <w:t>Convert 25.0 cm³ and 250 cm³ to dm³.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c = n/V; n = cV; V = n/c. Use solution volume in dm³ for concentration in mol/dm³.</w:t>
      </w:r>
    </w:p>
    <w:p>
      <w:r>
        <w:t>For titration: known moles → equation ratio → unknown moles → unknown concentration or volume.</w:t>
      </w:r>
    </w:p>
    <w:p>
      <w:pPr>
        <w:pStyle w:val="Heading2"/>
      </w:pPr>
      <w:r>
        <w:t>L4 C Quick check</w:t>
      </w:r>
    </w:p>
    <w:p>
      <w:r>
        <w:t>Find n in 20.0 cm³ of 0.100 mol/dm³ NaOH.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25.0 cm³ H₂SO₄ is neutralised by 20.0 cm³ of 0.100 mol/dm³ NaOH. Find the acid concentration. H₂SO₄ + 2NaOH → Na₂SO₄ + 2H₂O.</w:t>
      </w:r>
    </w:p>
    <w:p>
      <w:r>
        <w:t>1. n(NaOH) = 0.100 × 0.0200 = 0.00200 mol.</w:t>
      </w:r>
    </w:p>
    <w:p>
      <w:r>
        <w:t>2. n(H₂SO₄) = 0.00200/2 = 0.00100 mol.</w:t>
      </w:r>
    </w:p>
    <w:p>
      <w:r>
        <w:t>3. c(acid) = 0.00100/0.0250 = 0.0400 mol/dm³.</w:t>
      </w:r>
    </w:p>
    <w:p>
      <w:r>
        <w:br w:type="page"/>
      </w:r>
    </w:p>
    <w:p>
      <w:pPr>
        <w:pStyle w:val="Heading1"/>
      </w:pPr>
      <w:r>
        <w:t>Lesson 4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L4 P Independent practice</w:t>
      </w:r>
    </w:p>
    <w:p>
      <w:r>
        <w:t>1. 4.0 g NaOH is made up to 250 cm³ solution. Find concentration in g/dm³ and mol/dm³. M = 40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HCl + NaOH → NaCl + H₂O. Find the volume of 0.100 mol/dm³ NaOH needed for 25.0 cm³ of 0.200 mol/dm³ HCl.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E Exit check</w:t>
      </w:r>
    </w:p>
    <w:p>
      <w:r>
        <w:t>Why does the expression 0.100 × 20.0 give the wrong number of moles for 20.0 cm³ solution?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H Homework</w:t>
      </w:r>
    </w:p>
    <w:p>
      <w:r>
        <w:t>25.0 cm³ NaOH is neutralised by 15.0 cm³ of 0.200 mol/dm³ H₂SO₄. Use H₂SO₄ + 2NaOH → Na₂SO₄ + 2H₂O to find c(NaOH).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5 Empirical and molecular formulae</w:t>
      </w:r>
    </w:p>
    <w:p>
      <w:r>
        <w:t>PPT slides 45–55 | Name ____________________ Date __________</w:t>
      </w:r>
    </w:p>
    <w:p>
      <w:r>
        <w:t>Goal: Deduce empirical formulae from composition and molecular formulae from relative molecular mass.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empirical 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最简式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molecular 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分子式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whole number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整数比</w:t>
            </w:r>
          </w:p>
        </w:tc>
      </w:tr>
    </w:tbl>
    <w:p>
      <w:pPr>
        <w:pStyle w:val="Heading2"/>
      </w:pPr>
      <w:r>
        <w:t>L5 R Recall</w:t>
      </w:r>
    </w:p>
    <w:p>
      <w:r>
        <w:t>What is the simplest whole-number ratio 6:12:6?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Divide each element mass by Aᵣ, then divide all amounts by the smallest. Convert to the simplest whole-number ratio.</w:t>
      </w:r>
    </w:p>
    <w:p>
      <w:r>
        <w:t>Molecular formula multiplier = molecular Mᵣ ÷ empirical formula mass. Multiply every empirical subscript by this number.</w:t>
      </w:r>
    </w:p>
    <w:p>
      <w:pPr>
        <w:pStyle w:val="Heading2"/>
      </w:pPr>
      <w:r>
        <w:t>L5 C Quick check</w:t>
      </w:r>
    </w:p>
    <w:p>
      <w:r>
        <w:t>A compound contains 2.8 g Fe and 1.2 g O. Find the mole ratio. Aᵣ: Fe = 56,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compound is 40.0% C, 6.7% H and 53.3% O by mass. Its Mᵣ is 180. Find both formulae. Aᵣ: C = 12, H = 1, O = 16.</w:t>
      </w:r>
    </w:p>
    <w:p>
      <w:r>
        <w:t>1. In 100 g: moles C = 40.0/12 = 3.33, H = 6.7, O = 53.3/16 = 3.33.</w:t>
      </w:r>
    </w:p>
    <w:p>
      <w:r>
        <w:t>2. Divide by 3.33 → approximately 1:2:1; empirical formula CH₂O, mass = 30.</w:t>
      </w:r>
    </w:p>
    <w:p>
      <w:r>
        <w:t>3. Multiplier = 180/30 = 6; molecular formula C₆H₁₂O₆.</w:t>
      </w:r>
    </w:p>
    <w:p>
      <w:r>
        <w:br w:type="page"/>
      </w:r>
    </w:p>
    <w:p>
      <w:pPr>
        <w:pStyle w:val="Heading1"/>
      </w:pPr>
      <w:r>
        <w:t>Lesson 5 Practice and review</w:t>
      </w:r>
    </w:p>
    <w:p>
      <w:r>
        <w:t>Attempt these after the explanation. Write the equation or relationship, substitute values, then give the answer with units where appropriate.</w:t>
      </w:r>
    </w:p>
    <w:p>
      <w:pPr>
        <w:pStyle w:val="Heading2"/>
      </w:pPr>
      <w:r>
        <w:t>L5 P Independent practice</w:t>
      </w:r>
    </w:p>
    <w:p>
      <w:r>
        <w:t>1. Find the empirical formula of a compound containing 3.2 g S and 4.8 g O. Aᵣ: S = 32,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compound has empirical formula CH₂ and Mᵣ = 56. Find its molecular formula. Aᵣ: C = 12, H = 1.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L5 E Exit check</w:t>
      </w:r>
    </w:p>
    <w:p>
      <w:r>
        <w:t>Can empirical formula CH₂O alone determine the molecular formula? Explain.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L5 H Homework</w:t>
      </w:r>
    </w:p>
    <w:p>
      <w:r>
        <w:t>A compound is 43.7% P and 56.3% O by mass; Mᵣ = 284. Find empirical and molecular formulae. Aᵣ: P = 31,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CIE 0620 Extended 2026–2028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CHAPTER 6  •  USING MOLES  •  GUIDED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 Using Moles Guided Worksheet</dc:title>
  <dc:subject/>
  <dc:creator>IG Chemistry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